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الصوتي للبنية العربية "رؤية جديدة في الصرف" قراءة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عولميت هاجر/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التعقيد/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