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اللغوية في عربية القرآن لعبد الصبور شاهين - دراسة وصفية للكتاب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بوكنتوشة سهام/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اللهجة/ الفصحى/ عقيدة/ الصواب/ الخطأ/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