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وأنماطها في سورة الأنعام - دراسة نحوية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طالبي وفاء/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النعت/ الفاعل/ التوكيد/ البدل/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