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 في شعر بدر شاكر السياب المسيح بعد الصلب 'أنموذجا"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فيلالي فتيحة/ قندولي وداد/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الأسطورة/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