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الموضوعاتية في جريدة السنة النبوية المحمدية لجمعية العلماء المسلمين الجزائريين الأعداد من 1 إلى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خليفة سارة/ عزيون سارة/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المقال/ جمعية العلماء المسلمين/ الصحافة الجزائرية/ جريدة السنة النبوية/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