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الطبيعة في يائية 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سرار أميرة/ بوودين محبوبة/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الرمز الشعري/ الشعر الصوفي/ الرمز عند الصوفيين/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