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التجربة القصصية عند زليخة السعودي/عرجونة /أنموذجا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كنزاي سارة/ عيادي أمال/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القصة القصيرة/ البناء القصصي/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