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البكاء بين زرقاء اليمامة لـ " أمل دنقل" دراسة في الدلالة الصوتية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زهرة مريم/ صدام حسين بن سعيد/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الصوتي/ دلالة التكرار/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