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 تونس الخضراء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كروشي  سومية/ عزيزي عزيزة/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الجملة/ الوظيفة/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