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السياق اللغوي وأثره في تحديد دلالة الكلمات  - قصيدة عاشق من فلسطين لمحمود درويش 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العلمي زينب/ شلغوم حياة/ معزوزسمير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النظريات/ السياق/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