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الجزائر في رواية حورية لـ : بوحفص محمد ميلس - دراسة سيميائية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زغمار حكيمة/ لعريوي حنان/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التناص/ السيمياء/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