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الخطاب الروائي الجزائري المعاصر - رواية عطر الدهشة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عين سوية عزيزة/ سعيود فريدة/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الصوت/ السرد/ الرؤية/ الصيغة/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