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الجزائري وخصائصه عند أحمد ابو الدشيشة " الياقوت والخفاش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عابدي نجوى/ بوالحرت بشرى/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