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اللاز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بوعنان لبنى/ بلعيفة نورة/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المفارقات الزمنية/ التواتر/ الإيقاع الزمني/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