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ثورة بنت الجزائر - دراسة أسلوبية إحصائية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صابوني إيناس/ ثغري أحلام/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الأصوات/ الشعر الثوري/ الصور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