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شعر جردان العود النميري دراسة موضوعاتية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بلحمر سلوى/ بجغيط نادية/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النقد/ الدلالة/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