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والمكانية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لمياء/ عدوي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السرد/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