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 "عابر سرير" بأحلام مستغانمي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بازولة سمية/ 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اللهجة/ الفصحى والعامية/ الترث/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