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التجديد والتقليد في قصيدة محمود درويش " سجل أنا عربي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بركة آمنة/ زعباط ياسمينة/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الحديث/ الشعر الحر/ حركة التجديد/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