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النكتة والسخرية في شعر صلاح عبد الصبور ديوان الناس في بلادي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عميرة زوينة/ روانة ليلى/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الفكاهة/ التهكم/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