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الإنشائي في سورة مريم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جحيش زينة/ قندوز مسعودة/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المدح/ التعجب/ القسم/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