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الدرس النحوي عند الزمخشري المنصوبات في كتابه المفصل - أنموذجا-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مالك بلال/ عصمان نسيم/ معزوز عبد الحليم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80059611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الإعراب/ الحذف/ المفعولات/ التمييز/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