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بالأمس لجبران خلبل جيران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بوكويرة آمنة/ بوخميس نسيمة/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القافية/ الصفة/ المقاطع الصوتية/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