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لديوان " سأحبك ...ولكن بعد حين " للشاعر - بلقاسم مسروق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بلعايب حياة/ بوزراع نادية/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السيميائيات/ الحقول الدلالية/ الديوان/ البنية التشكيلية/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