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الجسد في مجموعة - تاريخ يتمزق في جسد امرأة - لـ"أندونيس"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مسكين سعيدة/ الديب هيام/ باروق هشام(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التصوف/ لغة الجسد/ ثنائية الروح والجسد/ الفلسفة الغربية/ الفلسفة المعاصرة/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