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جمالية الصورة في ديوان أفاعي الفردوس  لإلياس أبو شبكة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براهمة سارة/ دوخان خولة/ بوزيدي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80066111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الرمز/ الاستعارة/ التشبيه/ الرموز الشعرية/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