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المثقف في الرواية الجزائرية قصيدة في التذلل - 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بولال أميرة/ نيتيم ايمان/ بن صخري الزبير(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الصورة/ الرواية/ الأدب/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25/05/2026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