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بيئة الجاهلية في شعر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فة نصيرة/ نويشي نجا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البيئة الجاهلية/ البيئةالطبي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