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السياسية في أدب الحركة الإصلاحية " باخرة الموت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عمران سهام/ بورتاع خديجة/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العروض/ النثر/ الشعر/ أدب المقاومة/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