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قصص الأطفال ، دراسة قصة عروس البحر وفق المنهج الوظائفي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بوالطواطو سهيلة/ موسى كريمة/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القصة/ قصة الطفل/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