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الروح الثورية في شعر مفدي زكريا "الإلياذة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بوهرهور فطيمة/ زوالة لمياء/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الالتزام/ الأدب الجزائري/ مفدي زكريا/ الثورة/ الشعر الثوري/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