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 اللغوي في لغة الصحافة الجزائرية  - الشروق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مرازقة رحمة/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الخطاب/ الجمل/ القصد/ الالفاظ/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