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المنجد في اللغة والأعلام - دراسة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كبير فريدة/ بن خلاف لمياء/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الموسوعة/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