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الآخر في ألف ليلة وليلة - نماذج مختارة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خدة غنية/ عميمور عائشة/ بكاكرية هاجر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64ص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80070811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الأدب الغربي/ الأنا والآخر/ الصورةالأدبية/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