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- سورة يوسف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إيمان/ شاقر 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الأسطورة/ الرمز/ الصورة الفنية/ الصورة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