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الزلزال لـ: الطــاهر وطـار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عبير/ حلاوة فتيحة/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سيميائية الشخصية/ المكان/ الاسترجاع/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