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الغربة والعودة في رواية كريماتوريوم سوناتا لأشباح القدس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جبايلي سارة/ عزيون وسيلة/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الحنين/ الإغتراب/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