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"لاتعتذر عما فعلت" لمحمود درويش - دراسة فنية تحليليية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بوقاسة سهام/ عليوش عبير/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محمود درويش/ شعرية اللغة/ شعرية الموسيقى/ شعرية الصورة/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