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خنساء"ياعين فيضي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ش إبتسام/ قارةفر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نساء/ الأسلوبية/ الأسلوب/ الرثاء/ الخنساء في الا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