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غادة أم القرى  لأحمد رضا حوحو 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قويدر وسيلة/ بلخلفة سلاف/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المرأة/ الوطن/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