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نماذج من الحجاج في القرآن "قصة إبراهيم أنموذجا" - دراسة تداولية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نزيهة/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80055811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الاستدلال/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