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"سرنديب" - للبارودي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بوكلوهة يسرى/ شرياق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الروي/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