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قصة مريم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باركي ليلى/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القرآن الكريم/ الصورة الفنية/ القصة القرآنية/ التصوير الفني/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