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المدح عند المتنبي - مدح سيف الدولة الحمداني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خديجة/ قرواز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