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dynamique pour une bibliothèque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BELLAH Rahima/ Benhammada Sadek(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Sites Web/ Web/ la bibliothèque/ Digrammes d’activité/ Serveur web Wamp/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