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vente d' électroménagers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Chebbah Asma/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commerce électronique/ Technologie Web/ mysql/ PHP/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