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 web dynalique pour le e-learning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BENNOUI Sarra/ Ali LALOUCI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uml/ Site web/ 2tup/ E-Learning/ EASYPHP, MYSQL, HTML, CSS/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