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d'une ontologie pour le taitement et la fusion d'un système d'information géographique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Bouden Abdellah/ Hadji Atmane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Historique du S.I.G/ Les composants d'un SIG/ Les types d’ontologies/ Méthodologies/ Création d’ontologies/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