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Développment d'un site web des petites annonces de vente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Boulghalaghe Nora/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Web/ des petites annonces/ Diagrammes UML/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