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d'une application web pour la gestion et la réservation d''un billet d'avion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Benamor Samira/ Kimouche Abdelkader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00418311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uml/ 2tup/ l’internet/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